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 w:after="120"/>
        <w:jc w:val="center"/>
      </w:pPr>
      <w:r>
        <w:rPr>
          <w:b w:val="0"/>
          <w:i w:val="0"/>
          <w:sz w:val="24"/>
        </w:rPr>
        <w:t>[МИНИСТЕРСТВО (ВЕДОМСТВО) — ПО ФОРМЕ ВАШЕЙ КАФЕДРЫ]</w:t>
      </w:r>
    </w:p>
    <w:p>
      <w:pPr>
        <w:spacing w:line="240" w:lineRule="auto" w:after="120"/>
        <w:jc w:val="center"/>
      </w:pPr>
      <w:r>
        <w:rPr>
          <w:b/>
          <w:i w:val="0"/>
        </w:rPr>
        <w:t>[Название вуза]</w:t>
      </w:r>
    </w:p>
    <w:p>
      <w:pPr>
        <w:spacing w:line="240" w:lineRule="auto" w:after="2200"/>
        <w:jc w:val="center"/>
      </w:pPr>
      <w:r>
        <w:rPr>
          <w:b w:val="0"/>
          <w:i w:val="0"/>
        </w:rPr>
        <w:t>[Кафедра]</w:t>
      </w:r>
    </w:p>
    <w:p>
      <w:pPr>
        <w:spacing w:line="240" w:lineRule="auto" w:after="120"/>
        <w:jc w:val="center"/>
      </w:pPr>
      <w:r>
        <w:rPr>
          <w:b/>
          <w:i w:val="0"/>
          <w:sz w:val="32"/>
        </w:rPr>
        <w:t>ОТЧЁТ</w:t>
      </w:r>
    </w:p>
    <w:p>
      <w:pPr>
        <w:spacing w:line="276" w:lineRule="auto" w:after="120"/>
        <w:jc w:val="center"/>
      </w:pPr>
      <w:r>
        <w:rPr>
          <w:b w:val="0"/>
          <w:i w:val="0"/>
        </w:rPr>
        <w:t>о прохождении [учебной / производственной / преддипломной] практики</w:t>
      </w:r>
    </w:p>
    <w:p>
      <w:pPr>
        <w:spacing w:line="276" w:lineRule="auto" w:after="120"/>
        <w:jc w:val="center"/>
      </w:pPr>
      <w:r>
        <w:rPr>
          <w:b w:val="0"/>
          <w:i w:val="0"/>
        </w:rPr>
        <w:t>[наименование организации — места практики]</w:t>
      </w:r>
    </w:p>
    <w:p>
      <w:pPr>
        <w:spacing w:line="276" w:lineRule="auto" w:after="1800"/>
        <w:jc w:val="center"/>
      </w:pPr>
      <w:r>
        <w:rPr>
          <w:b w:val="0"/>
          <w:i w:val="0"/>
        </w:rPr>
        <w:t>[даты начала и окончания практики]</w:t>
      </w:r>
    </w:p>
    <w:p>
      <w:pPr>
        <w:spacing w:line="276" w:lineRule="auto" w:after="120"/>
        <w:ind w:left="4252"/>
        <w:jc w:val="left"/>
      </w:pPr>
      <w:r>
        <w:rPr>
          <w:b w:val="0"/>
        </w:rPr>
        <w:t xml:space="preserve">Выполнил(а): студент(ка) </w:t>
      </w:r>
      <w:r>
        <w:t>[ФИО студента]</w:t>
      </w:r>
    </w:p>
    <w:p>
      <w:pPr>
        <w:spacing w:line="276" w:lineRule="auto" w:after="120"/>
        <w:ind w:left="4252"/>
        <w:jc w:val="left"/>
      </w:pPr>
      <w:r>
        <w:rPr>
          <w:b w:val="0"/>
        </w:rPr>
        <w:t xml:space="preserve">Группа: </w:t>
      </w:r>
      <w:r>
        <w:t>[группа]</w:t>
      </w:r>
    </w:p>
    <w:p>
      <w:pPr>
        <w:spacing w:line="276" w:lineRule="auto" w:after="120"/>
        <w:ind w:left="4252"/>
        <w:jc w:val="left"/>
      </w:pPr>
      <w:r>
        <w:rPr>
          <w:b w:val="0"/>
        </w:rPr>
        <w:t xml:space="preserve">Руководитель практики от вуза: </w:t>
      </w:r>
      <w:r>
        <w:t>[должность, ФИО]</w:t>
      </w:r>
    </w:p>
    <w:p>
      <w:pPr>
        <w:spacing w:line="276" w:lineRule="auto" w:after="120"/>
        <w:ind w:left="4252"/>
        <w:jc w:val="left"/>
      </w:pPr>
      <w:r>
        <w:rPr>
          <w:b w:val="0"/>
        </w:rPr>
        <w:t xml:space="preserve">Руководитель практики от организации: </w:t>
      </w:r>
      <w:r>
        <w:t>[должность, ФИО]</w:t>
      </w:r>
    </w:p>
    <w:p>
      <w:pPr>
        <w:spacing w:line="240" w:lineRule="auto" w:before="1400"/>
        <w:jc w:val="center"/>
      </w:pPr>
      <w:r>
        <w:t>[Город] [год]</w:t>
      </w:r>
    </w:p>
    <w:p>
      <w:pPr>
        <w:pStyle w:val="Heading1"/>
        <w:pageBreakBefore/>
        <w:spacing w:after="240" w:line="360" w:lineRule="auto"/>
        <w:ind w:firstLine="0"/>
        <w:jc w:val="center"/>
      </w:pPr>
      <w:r>
        <w:rPr>
          <w:rFonts w:ascii="Times New Roman" w:hAnsi="Times New Roman" w:eastAsia="Times New Roman" w:cs="Times New Roman"/>
          <w:b/>
          <w:sz w:val="28"/>
        </w:rPr>
        <w:t>СОДЕРЖАНИЕ</w:t>
      </w:r>
    </w:p>
    <w:p>
      <w:pPr>
        <w:ind w:firstLine="709"/>
        <w:jc w:val="both"/>
      </w:pPr>
      <w:r>
        <w:rPr>
          <w:b w:val="0"/>
          <w:i/>
        </w:rPr>
        <w:t>[Автособираемое содержание: после того как заполните разделы, вставьте его через «Ссылки» → «Оглавление». Заголовки в шаблоне уже размечены стилем «Заголовок 1».]</w:t>
      </w:r>
    </w:p>
    <w:p>
      <w:pPr>
        <w:ind w:firstLine="709"/>
        <w:jc w:val="both"/>
      </w:pPr>
      <w:r>
        <w:rPr>
          <w:b w:val="0"/>
          <w:i/>
        </w:rPr>
        <w:t>[Если методичка требует, чтобы в содержании были номера страниц с точками-заполнителями, Word сделает это сам. Проверьте номера страниц перед сдачей: они сдвигаются при правках.]</w:t>
      </w:r>
    </w:p>
    <w:p>
      <w:pPr>
        <w:pStyle w:val="Heading1"/>
        <w:pageBreakBefore/>
        <w:spacing w:after="240" w:line="360" w:lineRule="auto"/>
        <w:ind w:firstLine="0"/>
        <w:jc w:val="center"/>
      </w:pPr>
      <w:r>
        <w:rPr>
          <w:rFonts w:ascii="Times New Roman" w:hAnsi="Times New Roman" w:eastAsia="Times New Roman" w:cs="Times New Roman"/>
          <w:b/>
          <w:sz w:val="28"/>
        </w:rPr>
        <w:t>ВВЕДЕНИЕ</w:t>
      </w:r>
    </w:p>
    <w:p>
      <w:pPr>
        <w:ind w:firstLine="709"/>
        <w:jc w:val="both"/>
      </w:pPr>
      <w:r>
        <w:rPr>
          <w:b w:val="0"/>
          <w:i/>
        </w:rPr>
        <w:t>[Актуальность: одним-двумя предложениями, зачем практика нужна на вашем этапе обучения.]</w:t>
      </w:r>
    </w:p>
    <w:p>
      <w:pPr>
        <w:ind w:firstLine="709"/>
        <w:jc w:val="both"/>
      </w:pPr>
      <w:r>
        <w:rPr>
          <w:b w:val="0"/>
          <w:i/>
        </w:rPr>
        <w:t>[Цель практики и 3–5 задач — берите из программы практики или задания кафедры. Задачи начинайте с глаголов: изучить, проанализировать, выполнить, подготовить.]</w:t>
      </w:r>
    </w:p>
    <w:p>
      <w:pPr>
        <w:ind w:firstLine="709"/>
        <w:jc w:val="both"/>
      </w:pPr>
      <w:r>
        <w:rPr>
          <w:b w:val="0"/>
          <w:i/>
        </w:rPr>
        <w:t>[Место и сроки: название организации, подразделение, даты, руководитель от организации.]</w:t>
      </w:r>
    </w:p>
    <w:p>
      <w:pPr>
        <w:pStyle w:val="Heading1"/>
        <w:pageBreakBefore/>
        <w:spacing w:after="240" w:line="360" w:lineRule="auto"/>
        <w:ind w:firstLine="0"/>
        <w:jc w:val="center"/>
      </w:pPr>
      <w:r>
        <w:rPr>
          <w:rFonts w:ascii="Times New Roman" w:hAnsi="Times New Roman" w:eastAsia="Times New Roman" w:cs="Times New Roman"/>
          <w:b/>
          <w:sz w:val="28"/>
        </w:rPr>
        <w:t>1 ХАРАКТЕРИСТИКА ОРГАНИЗАЦИИ</w:t>
      </w:r>
    </w:p>
    <w:p>
      <w:pPr>
        <w:ind w:firstLine="709"/>
        <w:jc w:val="both"/>
      </w:pPr>
      <w:r>
        <w:rPr>
          <w:b w:val="0"/>
          <w:i/>
        </w:rPr>
        <w:t>[1.1 Общие сведения: полное и краткое название, организационно-правовая форма, год основания, адрес, вид деятельности. Пишите по открытым данным: устав, сайт организации, реестры.]</w:t>
      </w:r>
    </w:p>
    <w:p>
      <w:pPr>
        <w:ind w:firstLine="709"/>
        <w:jc w:val="both"/>
      </w:pPr>
      <w:r>
        <w:rPr>
          <w:b w:val="0"/>
          <w:i/>
        </w:rPr>
        <w:t>[1.2 Организационная структура: подразделения и подчинённость. Схему можно вынести в приложение.]</w:t>
      </w:r>
    </w:p>
    <w:p>
      <w:pPr>
        <w:ind w:firstLine="709"/>
        <w:jc w:val="both"/>
      </w:pPr>
      <w:r>
        <w:rPr>
          <w:b w:val="0"/>
          <w:i/>
        </w:rPr>
        <w:t>[1.3 Основные направления деятельности и показатели за 2–3 года — только те, что вам разрешили использовать.]</w:t>
      </w:r>
    </w:p>
    <w:p>
      <w:pPr>
        <w:pStyle w:val="Heading1"/>
        <w:pageBreakBefore/>
        <w:spacing w:after="240" w:line="360" w:lineRule="auto"/>
        <w:ind w:firstLine="0"/>
        <w:jc w:val="center"/>
      </w:pPr>
      <w:r>
        <w:rPr>
          <w:rFonts w:ascii="Times New Roman" w:hAnsi="Times New Roman" w:eastAsia="Times New Roman" w:cs="Times New Roman"/>
          <w:b/>
          <w:sz w:val="28"/>
        </w:rPr>
        <w:t>2 ВЫПОЛНЕННАЯ РАБОТА</w:t>
      </w:r>
    </w:p>
    <w:p>
      <w:pPr>
        <w:ind w:firstLine="709"/>
        <w:jc w:val="both"/>
      </w:pPr>
      <w:r>
        <w:rPr>
          <w:b w:val="0"/>
          <w:i/>
        </w:rPr>
        <w:t>[Опишите, что вы делали лично: какие задачи поручали, какими документами, программами и методами пользовались. Идите по задачам из введения — так текст получается логичным.]</w:t>
      </w:r>
    </w:p>
    <w:p>
      <w:pPr>
        <w:ind w:firstLine="709"/>
        <w:jc w:val="both"/>
      </w:pPr>
      <w:r>
        <w:rPr>
          <w:b w:val="0"/>
          <w:i/>
        </w:rPr>
        <w:t>[Добавьте анализ или расчёты по заданию кафедры: таблицы, схемы, примеры документов (в приложение). Каждую таблицу и рисунок подпишите и упомяните в тексте.]</w:t>
      </w:r>
    </w:p>
    <w:p>
      <w:pPr>
        <w:ind w:firstLine="709"/>
        <w:jc w:val="both"/>
      </w:pPr>
      <w:r>
        <w:rPr>
          <w:b w:val="0"/>
          <w:i/>
        </w:rPr>
        <w:t>[Для преддипломной практики: здесь же — сбор и анализ материала для ВКР.]</w:t>
      </w:r>
    </w:p>
    <w:p>
      <w:pPr>
        <w:pStyle w:val="Heading1"/>
        <w:pageBreakBefore/>
        <w:spacing w:after="240" w:line="360" w:lineRule="auto"/>
        <w:ind w:firstLine="0"/>
        <w:jc w:val="center"/>
      </w:pPr>
      <w:r>
        <w:rPr>
          <w:rFonts w:ascii="Times New Roman" w:hAnsi="Times New Roman" w:eastAsia="Times New Roman" w:cs="Times New Roman"/>
          <w:b/>
          <w:sz w:val="28"/>
        </w:rPr>
        <w:t>ЗАКЛЮЧЕНИЕ</w:t>
      </w:r>
    </w:p>
    <w:p>
      <w:pPr>
        <w:ind w:firstLine="709"/>
        <w:jc w:val="both"/>
      </w:pPr>
      <w:r>
        <w:rPr>
          <w:b w:val="0"/>
          <w:i/>
        </w:rPr>
        <w:t>[Выводы по каждой задаче из введения: что сделано, к какому результату пришли.]</w:t>
      </w:r>
    </w:p>
    <w:p>
      <w:pPr>
        <w:ind w:firstLine="709"/>
        <w:jc w:val="both"/>
      </w:pPr>
      <w:r>
        <w:rPr>
          <w:b w:val="0"/>
          <w:i/>
        </w:rPr>
        <w:t>[Какие профессиональные навыки и компетенции получили. Предложения по улучшению работы организации — если они есть и обоснованы.]</w:t>
      </w:r>
    </w:p>
    <w:p>
      <w:pPr>
        <w:pStyle w:val="Heading1"/>
        <w:pageBreakBefore/>
        <w:spacing w:after="240" w:line="360" w:lineRule="auto"/>
        <w:ind w:firstLine="0"/>
        <w:jc w:val="center"/>
      </w:pPr>
      <w:r>
        <w:rPr>
          <w:rFonts w:ascii="Times New Roman" w:hAnsi="Times New Roman" w:eastAsia="Times New Roman" w:cs="Times New Roman"/>
          <w:b/>
          <w:sz w:val="28"/>
        </w:rPr>
        <w:t>СПИСОК ИСПОЛЬЗОВАННЫХ ИСТОЧНИКОВ</w:t>
      </w:r>
    </w:p>
    <w:p>
      <w:pPr>
        <w:ind w:firstLine="709"/>
        <w:jc w:val="both"/>
      </w:pPr>
      <w:r>
        <w:rPr>
          <w:b w:val="0"/>
          <w:i/>
        </w:rPr>
        <w:t>[Оформляйте по ГОСТ Р 7.0.100-2018, нумерация сквозная. Внутренние документы организации (положения, регламенты, инструкции) обычно указывают в списке или в приложении — уточните у руководителя.]</w:t>
      </w:r>
    </w:p>
    <w:p>
      <w:pPr>
        <w:jc w:val="both"/>
      </w:pPr>
      <w:r>
        <w:rPr>
          <w:b w:val="0"/>
          <w:i w:val="0"/>
        </w:rPr>
        <w:t>1. [Нормативные правовые акты — Конституция, кодексы, федеральные законы.]</w:t>
      </w:r>
    </w:p>
    <w:p>
      <w:pPr>
        <w:jc w:val="both"/>
      </w:pPr>
      <w:r>
        <w:rPr>
          <w:b w:val="0"/>
          <w:i w:val="0"/>
        </w:rPr>
        <w:t>2. [Учебная и научная литература.]</w:t>
      </w:r>
    </w:p>
    <w:p>
      <w:pPr>
        <w:jc w:val="both"/>
      </w:pPr>
      <w:r>
        <w:rPr>
          <w:b w:val="0"/>
          <w:i w:val="0"/>
        </w:rPr>
        <w:t>3. [Электронные ресурсы: название, URL, дата обращения.]</w:t>
      </w:r>
    </w:p>
    <w:p>
      <w:pPr>
        <w:pStyle w:val="Heading1"/>
        <w:pageBreakBefore/>
        <w:spacing w:after="240" w:line="360" w:lineRule="auto"/>
        <w:ind w:firstLine="0"/>
        <w:jc w:val="center"/>
      </w:pPr>
      <w:r>
        <w:rPr>
          <w:rFonts w:ascii="Times New Roman" w:hAnsi="Times New Roman" w:eastAsia="Times New Roman" w:cs="Times New Roman"/>
          <w:b/>
          <w:sz w:val="28"/>
        </w:rPr>
        <w:t>ПРИЛОЖЕНИЯ</w:t>
      </w:r>
    </w:p>
    <w:p>
      <w:pPr>
        <w:ind w:firstLine="709"/>
        <w:jc w:val="both"/>
      </w:pPr>
      <w:r>
        <w:rPr>
          <w:b w:val="0"/>
          <w:i/>
        </w:rPr>
        <w:t>[Приложение А — документы и формы организации (без конфиденциальных данных), приложение Б — таблицы и расчёты, приложение В — схемы. Каждое приложение с новой страницы, с заголовком «ПРИЛОЖЕНИЕ А» и названием.]</w:t>
      </w:r>
    </w:p>
    <w:p>
      <w:pPr>
        <w:ind w:firstLine="709"/>
        <w:jc w:val="both"/>
      </w:pPr>
      <w:r>
        <w:rPr>
          <w:b w:val="0"/>
          <w:i/>
        </w:rPr>
        <w:t>[Дневник практики и характеристику от организации обычно сдают отдельно или вкладывают в отчёт — смотрите методичку кафедры.]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ind w:firstLine="0"/>
      <w:jc w:val="center"/>
    </w:pPr>
    <w:r>
      <w:rPr>
        <w:rFonts w:ascii="Times New Roman" w:hAnsi="Times New Roman"/>
        <w:sz w:val="24"/>
      </w:rPr>
      <w:fldChar w:fldCharType="begin"/>
      <w:instrText xml:space="preserve">PAGE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before="0" w:after="0"/>
    </w:pPr>
    <w:rPr>
      <w:rFonts w:ascii="Times New Roman" w:hAnsi="Times New Roman" w:eastAsia="Times New Roman" w:cs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