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8"/>
        </w:rPr>
        <w:t>[Название вуза]</w:t>
      </w:r>
    </w:p>
    <w:p>
      <w:pPr>
        <w:spacing w:after="200"/>
        <w:jc w:val="center"/>
      </w:pPr>
      <w:r>
        <w:rPr>
          <w:b/>
          <w:i w:val="0"/>
          <w:sz w:val="32"/>
        </w:rPr>
        <w:t>ДНЕВНИК ПРАКТИКИ</w:t>
      </w:r>
    </w:p>
    <w:p>
      <w:pPr>
        <w:spacing w:after="60"/>
        <w:jc w:val="left"/>
      </w:pPr>
      <w:r>
        <w:rPr>
          <w:b w:val="0"/>
          <w:i w:val="0"/>
        </w:rPr>
        <w:t>Студент(ка): [ФИО]</w:t>
      </w:r>
    </w:p>
    <w:p>
      <w:pPr>
        <w:spacing w:after="60"/>
        <w:jc w:val="left"/>
      </w:pPr>
      <w:r>
        <w:rPr>
          <w:b w:val="0"/>
          <w:i w:val="0"/>
        </w:rPr>
        <w:t>Группа: [группа]</w:t>
      </w:r>
    </w:p>
    <w:p>
      <w:pPr>
        <w:spacing w:after="60"/>
        <w:jc w:val="left"/>
      </w:pPr>
      <w:r>
        <w:rPr>
          <w:b w:val="0"/>
          <w:i w:val="0"/>
        </w:rPr>
        <w:t>Направление подготовки / специальность: [код и название]</w:t>
      </w:r>
    </w:p>
    <w:p>
      <w:pPr>
        <w:spacing w:after="60"/>
        <w:jc w:val="left"/>
      </w:pPr>
      <w:r>
        <w:rPr>
          <w:b w:val="0"/>
          <w:i w:val="0"/>
        </w:rPr>
        <w:t>Вид практики: [учебная / производственная / преддипломная]</w:t>
      </w:r>
    </w:p>
    <w:p>
      <w:pPr>
        <w:spacing w:after="60"/>
        <w:jc w:val="left"/>
      </w:pPr>
      <w:r>
        <w:rPr>
          <w:b w:val="0"/>
          <w:i w:val="0"/>
        </w:rPr>
        <w:t>Место прохождения: [наименование организации, подразделение]</w:t>
      </w:r>
    </w:p>
    <w:p>
      <w:pPr>
        <w:spacing w:after="60"/>
        <w:jc w:val="left"/>
      </w:pPr>
      <w:r>
        <w:rPr>
          <w:b w:val="0"/>
          <w:i w:val="0"/>
        </w:rPr>
        <w:t>Сроки практики: с [дд.мм.гггг] по [дд.мм.гггг]</w:t>
      </w:r>
    </w:p>
    <w:p>
      <w:pPr>
        <w:spacing w:after="60"/>
        <w:jc w:val="left"/>
      </w:pPr>
      <w:r>
        <w:rPr>
          <w:b w:val="0"/>
          <w:i w:val="0"/>
        </w:rPr>
        <w:t>Руководитель от вуза: [должность, ФИО]</w:t>
      </w:r>
    </w:p>
    <w:p>
      <w:pPr>
        <w:spacing w:after="60"/>
        <w:jc w:val="left"/>
      </w:pPr>
      <w:r>
        <w:rPr>
          <w:b w:val="0"/>
          <w:i w:val="0"/>
        </w:rPr>
        <w:t>Руководитель от организации: [должность, ФИО]</w:t>
      </w:r>
    </w:p>
    <w:p>
      <w:pPr>
        <w:spacing w:after="80"/>
        <w:jc w:val="lef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118"/>
        <w:gridCol w:w="3118"/>
        <w:gridCol w:w="3118"/>
      </w:tblGrid>
      <w:tr>
        <w:trPr>
          <w:tblHeader w:val="true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/>
                <w:i w:val="0"/>
                <w:sz w:val="24"/>
              </w:rPr>
              <w:t>Дата</w:t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/>
                <w:i w:val="0"/>
                <w:sz w:val="24"/>
              </w:rPr>
              <w:t>Содержание выполненной работы</w:t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/>
                <w:i w:val="0"/>
                <w:sz w:val="24"/>
              </w:rPr>
              <w:t>Подпись руководителя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i/>
                <w:sz w:val="24"/>
              </w:rPr>
              <w:t>[дд.мм.гггг]</w:t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/>
                <w:sz w:val="24"/>
              </w:rPr>
              <w:t>[Пример] Инструктаж по охране труда и технике безопасности. Знакомство с руководителем, структурой подразделения и режимом работы. Получение индивидуального задания.</w:t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i/>
                <w:sz w:val="24"/>
              </w:rPr>
              <w:t>[пример]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i/>
                <w:sz w:val="24"/>
              </w:rPr>
              <w:t>[дд.мм.гггг]</w:t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/>
                <w:sz w:val="24"/>
              </w:rPr>
              <w:t>[Пример] Изучение внутренних документов: положения о подразделении, должностных инструкций, регламента документооборота. Получение доступа к рабочим программам.</w:t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center"/>
            </w:pPr>
            <w:r/>
            <w:r>
              <w:rPr>
                <w:b w:val="0"/>
                <w:i/>
                <w:sz w:val="24"/>
              </w:rPr>
              <w:t>[пример]</w:t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907"/>
          <w:cantSplit/>
        </w:trPr>
        <w:tc>
          <w:tcPr>
            <w:tcW w:type="dxa" w:w="1587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5499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984"/>
          </w:tcPr>
          <w:p>
            <w:pPr>
              <w:spacing w:line="240" w:lineRule="auto"/>
              <w:ind w:firstLine="0"/>
              <w:jc w:val="left"/>
            </w:pPr>
            <w:r/>
            <w:r>
              <w:rPr>
                <w:b w:val="0"/>
                <w:i w:val="0"/>
                <w:sz w:val="24"/>
              </w:rPr>
            </w:r>
          </w:p>
        </w:tc>
      </w:tr>
    </w:tbl>
    <w:p>
      <w:pPr>
        <w:spacing w:after="120"/>
        <w:jc w:val="left"/>
      </w:pPr>
    </w:p>
    <w:p>
      <w:pPr>
        <w:spacing w:after="280"/>
        <w:jc w:val="left"/>
      </w:pPr>
      <w:r>
        <w:rPr>
          <w:b w:val="0"/>
          <w:i/>
          <w:sz w:val="20"/>
        </w:rPr>
        <w:t>Две первые строки заполнены как пример — удалите их или замените своими записями.</w:t>
      </w:r>
    </w:p>
    <w:p>
      <w:pPr>
        <w:spacing w:after="160"/>
        <w:jc w:val="left"/>
      </w:pPr>
      <w:r>
        <w:rPr>
          <w:b w:val="0"/>
          <w:i w:val="0"/>
        </w:rPr>
        <w:t>Руководитель практики от организации: ____________________ / [ФИО] /</w:t>
      </w:r>
    </w:p>
    <w:p>
      <w:pPr>
        <w:spacing w:after="160"/>
        <w:jc w:val="left"/>
      </w:pPr>
      <w:r>
        <w:rPr>
          <w:b w:val="0"/>
          <w:i w:val="0"/>
        </w:rPr>
        <w:t>Дата: «___» ____________ 20___ г.</w:t>
      </w:r>
    </w:p>
    <w:p>
      <w:pPr>
        <w:jc w:val="left"/>
      </w:pPr>
      <w:r>
        <w:rPr>
          <w:b w:val="0"/>
          <w:i w:val="0"/>
          <w:sz w:val="22"/>
        </w:rPr>
        <w:t>М.П. (если требуется печать организации)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0"/>
    </w:pPr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